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E7FA" w14:textId="69488927" w:rsidR="005570E1" w:rsidRDefault="00000000" w:rsidP="00E409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t>T.C.</w:t>
      </w:r>
      <w:r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br/>
      </w:r>
      <w:r w:rsidR="001E779F"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t>Gümüşhane Üniversitesi</w:t>
      </w:r>
      <w:r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br/>
      </w:r>
      <w:r w:rsidR="001E779F"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t>Mühendislik ve Doğa Bilimleri Fakültesi</w:t>
      </w:r>
    </w:p>
    <w:p w14:paraId="2AE579A4" w14:textId="5EFCCD63" w:rsidR="00E409CF" w:rsidRPr="001E779F" w:rsidRDefault="00E409CF" w:rsidP="001E77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Elektrik-Elektronik Mühendisliği Bölüm Başkanlığına</w:t>
      </w:r>
    </w:p>
    <w:p w14:paraId="39BE14D9" w14:textId="0527541F" w:rsidR="005570E1" w:rsidRPr="001E779F" w:rsidRDefault="00000000" w:rsidP="001B543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t>Konu: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t xml:space="preserve"> Ders </w:t>
      </w:r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>E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t xml:space="preserve">kleme / </w:t>
      </w:r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>Ç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t xml:space="preserve">ıkarma </w:t>
      </w:r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>T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t>alebi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4C32970F" w14:textId="434A8FF8" w:rsidR="005570E1" w:rsidRPr="001E779F" w:rsidRDefault="00000000" w:rsidP="001E779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t>202</w:t>
      </w:r>
      <w:proofErr w:type="gramStart"/>
      <w:r w:rsidRPr="001E779F">
        <w:rPr>
          <w:rFonts w:ascii="Times New Roman" w:hAnsi="Times New Roman" w:cs="Times New Roman"/>
          <w:sz w:val="24"/>
          <w:szCs w:val="24"/>
          <w:lang w:val="tr-TR"/>
        </w:rPr>
        <w:t>... -</w:t>
      </w:r>
      <w:proofErr w:type="gramEnd"/>
      <w:r w:rsidRPr="001E779F">
        <w:rPr>
          <w:rFonts w:ascii="Times New Roman" w:hAnsi="Times New Roman" w:cs="Times New Roman"/>
          <w:sz w:val="24"/>
          <w:szCs w:val="24"/>
          <w:lang w:val="tr-TR"/>
        </w:rPr>
        <w:t xml:space="preserve"> 202... Eğitim-Öğretim Yılı </w:t>
      </w:r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>…</w:t>
      </w:r>
      <w:proofErr w:type="gramStart"/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>…….</w:t>
      </w:r>
      <w:proofErr w:type="gramEnd"/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>.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t xml:space="preserve"> Yarıyılı için yapmış olduğum ders kaydında gerekli düzeltmelerin yapılabilmesi amacıyla aşağıda bilgileri verilen derslerin</w:t>
      </w:r>
      <w:r w:rsidR="001E779F" w:rsidRPr="001E77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1E779F">
        <w:rPr>
          <w:rFonts w:ascii="Times New Roman" w:hAnsi="Times New Roman" w:cs="Times New Roman"/>
          <w:sz w:val="24"/>
          <w:szCs w:val="24"/>
          <w:lang w:val="tr-TR"/>
        </w:rPr>
        <w:t>eklenmesi/çıkarılması hususunda gereğini arz ederim.</w:t>
      </w:r>
    </w:p>
    <w:p w14:paraId="4BD9E634" w14:textId="77777777" w:rsidR="005570E1" w:rsidRPr="001E779F" w:rsidRDefault="00000000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br/>
        <w:t>Öğrenci Bilgileri: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38"/>
      </w:tblGrid>
      <w:tr w:rsidR="005570E1" w:rsidRPr="001E779F" w14:paraId="7D3BEAEC" w14:textId="77777777" w:rsidTr="001E779F">
        <w:tc>
          <w:tcPr>
            <w:tcW w:w="2802" w:type="dxa"/>
          </w:tcPr>
          <w:p w14:paraId="016124DF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Adı Soyadı</w:t>
            </w:r>
          </w:p>
        </w:tc>
        <w:tc>
          <w:tcPr>
            <w:tcW w:w="5838" w:type="dxa"/>
          </w:tcPr>
          <w:p w14:paraId="06D03989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5570E1" w:rsidRPr="001E779F" w14:paraId="4903F4CA" w14:textId="77777777" w:rsidTr="001E779F">
        <w:tc>
          <w:tcPr>
            <w:tcW w:w="2802" w:type="dxa"/>
          </w:tcPr>
          <w:p w14:paraId="7EB0673D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T.C. Kimlik No</w:t>
            </w:r>
          </w:p>
        </w:tc>
        <w:tc>
          <w:tcPr>
            <w:tcW w:w="5838" w:type="dxa"/>
          </w:tcPr>
          <w:p w14:paraId="50758F36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5570E1" w:rsidRPr="001E779F" w14:paraId="65276616" w14:textId="77777777" w:rsidTr="001E779F">
        <w:tc>
          <w:tcPr>
            <w:tcW w:w="2802" w:type="dxa"/>
          </w:tcPr>
          <w:p w14:paraId="37D2D1FC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Öğrenci No</w:t>
            </w:r>
          </w:p>
        </w:tc>
        <w:tc>
          <w:tcPr>
            <w:tcW w:w="5838" w:type="dxa"/>
          </w:tcPr>
          <w:p w14:paraId="2DCE79E7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5570E1" w:rsidRPr="001E779F" w14:paraId="33480958" w14:textId="77777777" w:rsidTr="001E779F">
        <w:tc>
          <w:tcPr>
            <w:tcW w:w="2802" w:type="dxa"/>
          </w:tcPr>
          <w:p w14:paraId="33844BA9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Program/Bölüm</w:t>
            </w:r>
          </w:p>
        </w:tc>
        <w:tc>
          <w:tcPr>
            <w:tcW w:w="5838" w:type="dxa"/>
          </w:tcPr>
          <w:p w14:paraId="75575AEC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5570E1" w:rsidRPr="001E779F" w14:paraId="51E3E356" w14:textId="77777777" w:rsidTr="001E779F">
        <w:tc>
          <w:tcPr>
            <w:tcW w:w="2802" w:type="dxa"/>
          </w:tcPr>
          <w:p w14:paraId="6D9B4750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İletişim (Tel/E-posta)</w:t>
            </w:r>
          </w:p>
        </w:tc>
        <w:tc>
          <w:tcPr>
            <w:tcW w:w="5838" w:type="dxa"/>
          </w:tcPr>
          <w:p w14:paraId="790BB9CD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2E952971" w14:textId="77777777" w:rsidR="005570E1" w:rsidRPr="001E779F" w:rsidRDefault="00000000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br/>
        <w:t>Ders Listesi: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570E1" w:rsidRPr="001E779F" w14:paraId="0800D073" w14:textId="77777777">
        <w:tc>
          <w:tcPr>
            <w:tcW w:w="2880" w:type="dxa"/>
          </w:tcPr>
          <w:p w14:paraId="2B63ADAB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Ders Kodu</w:t>
            </w:r>
          </w:p>
        </w:tc>
        <w:tc>
          <w:tcPr>
            <w:tcW w:w="2880" w:type="dxa"/>
          </w:tcPr>
          <w:p w14:paraId="2A0A35E4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Ders Adı</w:t>
            </w:r>
          </w:p>
        </w:tc>
        <w:tc>
          <w:tcPr>
            <w:tcW w:w="2880" w:type="dxa"/>
          </w:tcPr>
          <w:p w14:paraId="64C22B37" w14:textId="77777777" w:rsidR="005570E1" w:rsidRPr="001E779F" w:rsidRDefault="0000000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79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İşlem (Ekle/Çıkar)</w:t>
            </w:r>
          </w:p>
        </w:tc>
      </w:tr>
      <w:tr w:rsidR="005570E1" w:rsidRPr="001E779F" w14:paraId="4097C657" w14:textId="77777777">
        <w:tc>
          <w:tcPr>
            <w:tcW w:w="2880" w:type="dxa"/>
          </w:tcPr>
          <w:p w14:paraId="22497BBC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781C985C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7C0E030B" w14:textId="77777777" w:rsidR="005570E1" w:rsidRPr="001E779F" w:rsidRDefault="005570E1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E779F" w:rsidRPr="001E779F" w14:paraId="680073D9" w14:textId="77777777">
        <w:tc>
          <w:tcPr>
            <w:tcW w:w="2880" w:type="dxa"/>
          </w:tcPr>
          <w:p w14:paraId="13200E24" w14:textId="77777777" w:rsidR="001E779F" w:rsidRPr="001E779F" w:rsidRDefault="001E779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4FCB3047" w14:textId="77777777" w:rsidR="001E779F" w:rsidRPr="001E779F" w:rsidRDefault="001E779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4107EC49" w14:textId="77777777" w:rsidR="001E779F" w:rsidRPr="001E779F" w:rsidRDefault="001E779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E779F" w:rsidRPr="001E779F" w14:paraId="62C8379D" w14:textId="77777777">
        <w:tc>
          <w:tcPr>
            <w:tcW w:w="2880" w:type="dxa"/>
          </w:tcPr>
          <w:p w14:paraId="70F6D53D" w14:textId="77777777" w:rsidR="001E779F" w:rsidRPr="001E779F" w:rsidRDefault="001E779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485F6B83" w14:textId="77777777" w:rsidR="001E779F" w:rsidRPr="001E779F" w:rsidRDefault="001E779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0FAC5F14" w14:textId="77777777" w:rsidR="001E779F" w:rsidRPr="001E779F" w:rsidRDefault="001E779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B543E" w:rsidRPr="001E779F" w14:paraId="5C65F73E" w14:textId="77777777">
        <w:tc>
          <w:tcPr>
            <w:tcW w:w="2880" w:type="dxa"/>
          </w:tcPr>
          <w:p w14:paraId="491B7553" w14:textId="77777777" w:rsidR="001B543E" w:rsidRPr="001E779F" w:rsidRDefault="001B543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3D70BF87" w14:textId="77777777" w:rsidR="001B543E" w:rsidRPr="001E779F" w:rsidRDefault="001B543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880" w:type="dxa"/>
          </w:tcPr>
          <w:p w14:paraId="29708333" w14:textId="77777777" w:rsidR="001B543E" w:rsidRPr="001E779F" w:rsidRDefault="001B543E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19A0CF80" w14:textId="77777777" w:rsidR="005570E1" w:rsidRPr="001E779F" w:rsidRDefault="00000000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br/>
        <w:t>Ekler: (Varsa danışman onayı, sağlık raporu vb.)</w:t>
      </w:r>
    </w:p>
    <w:p w14:paraId="49451773" w14:textId="430B7A24" w:rsidR="005570E1" w:rsidRPr="001E779F" w:rsidRDefault="00000000" w:rsidP="001E77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t>Tarih: .... / .... / 20....</w:t>
      </w:r>
    </w:p>
    <w:p w14:paraId="7AA16839" w14:textId="25EDEB3A" w:rsidR="005570E1" w:rsidRPr="001E779F" w:rsidRDefault="00000000" w:rsidP="001E77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t>İmza: ...................................</w:t>
      </w:r>
    </w:p>
    <w:p w14:paraId="1D283D8F" w14:textId="77777777" w:rsidR="005570E1" w:rsidRPr="001E779F" w:rsidRDefault="00000000" w:rsidP="001E779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t>Adı Soyadı: ...................................</w:t>
      </w:r>
    </w:p>
    <w:p w14:paraId="2BCE4B2D" w14:textId="0AA9873A" w:rsidR="005570E1" w:rsidRDefault="00000000" w:rsidP="001E779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b/>
          <w:bCs/>
          <w:sz w:val="24"/>
          <w:szCs w:val="24"/>
          <w:lang w:val="tr-TR"/>
        </w:rPr>
        <w:t>Danışman Onayı</w:t>
      </w:r>
    </w:p>
    <w:p w14:paraId="004D553B" w14:textId="77777777" w:rsidR="001E779F" w:rsidRPr="001E779F" w:rsidRDefault="001E779F" w:rsidP="001E77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t>İmza: ...................................</w:t>
      </w:r>
    </w:p>
    <w:p w14:paraId="24E8EFF1" w14:textId="06609C5E" w:rsidR="001E779F" w:rsidRPr="001E779F" w:rsidRDefault="001E779F" w:rsidP="001E779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1E779F">
        <w:rPr>
          <w:rFonts w:ascii="Times New Roman" w:hAnsi="Times New Roman" w:cs="Times New Roman"/>
          <w:sz w:val="24"/>
          <w:szCs w:val="24"/>
          <w:lang w:val="tr-TR"/>
        </w:rPr>
        <w:t>Adı Soyadı: ...................................</w:t>
      </w:r>
    </w:p>
    <w:p w14:paraId="06189A10" w14:textId="52221C51" w:rsidR="001E779F" w:rsidRPr="001E779F" w:rsidRDefault="001E779F" w:rsidP="001E77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sectPr w:rsidR="001E779F" w:rsidRPr="001E779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32CF" w14:textId="77777777" w:rsidR="00B95438" w:rsidRDefault="00B95438" w:rsidP="001E779F">
      <w:pPr>
        <w:spacing w:after="0" w:line="240" w:lineRule="auto"/>
      </w:pPr>
      <w:r>
        <w:separator/>
      </w:r>
    </w:p>
  </w:endnote>
  <w:endnote w:type="continuationSeparator" w:id="0">
    <w:p w14:paraId="5EB5E92F" w14:textId="77777777" w:rsidR="00B95438" w:rsidRDefault="00B95438" w:rsidP="001E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B460B" w14:textId="77777777" w:rsidR="00B95438" w:rsidRDefault="00B95438" w:rsidP="001E779F">
      <w:pPr>
        <w:spacing w:after="0" w:line="240" w:lineRule="auto"/>
      </w:pPr>
      <w:r>
        <w:separator/>
      </w:r>
    </w:p>
  </w:footnote>
  <w:footnote w:type="continuationSeparator" w:id="0">
    <w:p w14:paraId="538FBB1F" w14:textId="77777777" w:rsidR="00B95438" w:rsidRDefault="00B95438" w:rsidP="001E7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E01F" w14:textId="4C6FAD42" w:rsidR="001E779F" w:rsidRPr="001E779F" w:rsidRDefault="001E779F">
    <w:pPr>
      <w:pStyle w:val="Header"/>
      <w:rPr>
        <w:lang w:val="tr-TR"/>
      </w:rPr>
    </w:pPr>
    <w:r w:rsidRPr="001E779F">
      <w:rPr>
        <w:lang w:val="tr-TR"/>
      </w:rPr>
      <w:t>Ders Ekleme / Çıkartma Dilekçesi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2536696">
    <w:abstractNumId w:val="8"/>
  </w:num>
  <w:num w:numId="2" w16cid:durableId="1891190201">
    <w:abstractNumId w:val="6"/>
  </w:num>
  <w:num w:numId="3" w16cid:durableId="517543142">
    <w:abstractNumId w:val="5"/>
  </w:num>
  <w:num w:numId="4" w16cid:durableId="224148841">
    <w:abstractNumId w:val="4"/>
  </w:num>
  <w:num w:numId="5" w16cid:durableId="1717897321">
    <w:abstractNumId w:val="7"/>
  </w:num>
  <w:num w:numId="6" w16cid:durableId="1824538871">
    <w:abstractNumId w:val="3"/>
  </w:num>
  <w:num w:numId="7" w16cid:durableId="244455860">
    <w:abstractNumId w:val="2"/>
  </w:num>
  <w:num w:numId="8" w16cid:durableId="879393414">
    <w:abstractNumId w:val="1"/>
  </w:num>
  <w:num w:numId="9" w16cid:durableId="32682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CD3"/>
    <w:rsid w:val="001B543E"/>
    <w:rsid w:val="001B6D89"/>
    <w:rsid w:val="001E779F"/>
    <w:rsid w:val="0029639D"/>
    <w:rsid w:val="00326F90"/>
    <w:rsid w:val="0038308F"/>
    <w:rsid w:val="005570E1"/>
    <w:rsid w:val="00A300C1"/>
    <w:rsid w:val="00AA1D8D"/>
    <w:rsid w:val="00B47730"/>
    <w:rsid w:val="00B95438"/>
    <w:rsid w:val="00C276D0"/>
    <w:rsid w:val="00CB0664"/>
    <w:rsid w:val="00E409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113850F"/>
  <w14:defaultImageDpi w14:val="300"/>
  <w15:docId w15:val="{B7793A37-E071-FC4F-9EDD-272C43A1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9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Ali Küçük</cp:lastModifiedBy>
  <cp:revision>4</cp:revision>
  <dcterms:created xsi:type="dcterms:W3CDTF">2013-12-23T23:15:00Z</dcterms:created>
  <dcterms:modified xsi:type="dcterms:W3CDTF">2025-08-20T08:55:00Z</dcterms:modified>
  <cp:category/>
</cp:coreProperties>
</file>